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Service quote template</w:t>
      </w:r>
    </w:p>
    <w:p>
      <w:r>
        <w:t>Blank quote for a non-regulated B2B service in France. Complete the fields, adjust the terms for your work and check the rules that apply before sending. This document does not calculate totals.</w:t>
      </w:r>
    </w:p>
    <w:p>
      <w:r>
        <w:t>Quote reference [enter]     Date [enter]</w:t>
        <w:br/>
        <w:t>Valid until [choose date]</w:t>
      </w:r>
    </w:p>
    <w:p>
      <w:pPr>
        <w:pStyle w:val="Heading1"/>
      </w:pPr>
      <w:r>
        <w:t>Service provider</w:t>
      </w:r>
    </w:p>
    <w:p>
      <w:r>
        <w:t>[Name or business name and legal form / sole trader status]</w:t>
        <w:br/>
        <w:t>[Business address]</w:t>
        <w:br/>
        <w:t>[SIREN and applicable registration details]</w:t>
        <w:br/>
        <w:t>[VAT number if applicable] · [Email and phone]</w:t>
      </w:r>
    </w:p>
    <w:p>
      <w:pPr>
        <w:pStyle w:val="Heading1"/>
      </w:pPr>
      <w:r>
        <w:t>Business client</w:t>
      </w:r>
    </w:p>
    <w:p>
      <w:r>
        <w:t>[Business name] · [SIREN]</w:t>
        <w:br/>
        <w:t>[Address] · [Contact]</w:t>
      </w:r>
    </w:p>
    <w:p>
      <w:pPr>
        <w:pStyle w:val="Heading1"/>
      </w:pPr>
      <w:r>
        <w:t>Scope and price</w:t>
      </w:r>
    </w:p>
    <w:p>
      <w:r>
        <w:t>[Describe the proposed service]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rPr>
          <w:tblHeader/>
        </w:trPr>
        <w:tc>
          <w:tcPr>
            <w:tcW w:type="dxa" w:w="34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F0F6"/>
          </w:tcPr>
          <w:p>
            <w:pPr>
              <w:spacing w:after="40"/>
            </w:pPr>
            <w:r>
              <w:rPr>
                <w:b/>
                <w:sz w:val="18"/>
              </w:rPr>
              <w:t>Service</w:t>
            </w:r>
          </w:p>
        </w:tc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F0F6"/>
          </w:tcPr>
          <w:p>
            <w:pPr>
              <w:spacing w:after="40"/>
              <w:jc w:val="right"/>
            </w:pPr>
            <w:r>
              <w:rPr>
                <w:b/>
                <w:sz w:val="18"/>
              </w:rPr>
              <w:t>Qty</w:t>
            </w:r>
          </w:p>
        </w:tc>
        <w:tc>
          <w:tcPr>
            <w:tcW w:type="dxa" w:w="10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F0F6"/>
          </w:tcPr>
          <w:p>
            <w:pPr>
              <w:spacing w:after="40"/>
              <w:jc w:val="right"/>
            </w:pPr>
            <w:r>
              <w:rPr>
                <w:b/>
                <w:sz w:val="18"/>
              </w:rPr>
              <w:t>Unit</w:t>
            </w:r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F0F6"/>
          </w:tcPr>
          <w:p>
            <w:pPr>
              <w:spacing w:after="40"/>
              <w:jc w:val="right"/>
            </w:pPr>
            <w:r>
              <w:rPr>
                <w:b/>
                <w:sz w:val="18"/>
              </w:rPr>
              <w:t>Unit price excl. VAT</w:t>
            </w:r>
          </w:p>
        </w:tc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F0F6"/>
          </w:tcPr>
          <w:p>
            <w:pPr>
              <w:spacing w:after="40"/>
              <w:jc w:val="right"/>
            </w:pPr>
            <w:r>
              <w:rPr>
                <w:b/>
                <w:sz w:val="18"/>
              </w:rPr>
              <w:t>Total excl. VAT</w:t>
            </w:r>
          </w:p>
        </w:tc>
      </w:tr>
      <w:tr>
        <w:tc>
          <w:tcPr>
            <w:tcW w:type="dxa" w:w="34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/>
            </w:pPr>
            <w:r>
              <w:rPr>
                <w:b w:val="0"/>
                <w:sz w:val="18"/>
              </w:rPr>
              <w:t>[Description]</w:t>
            </w:r>
          </w:p>
        </w:tc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/>
              <w:jc w:val="right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10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/>
              <w:jc w:val="right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/>
              <w:jc w:val="right"/>
            </w:pPr>
            <w:r>
              <w:rPr>
                <w:b w:val="0"/>
                <w:sz w:val="18"/>
              </w:rPr>
              <w:t>[ ] €</w:t>
            </w:r>
          </w:p>
        </w:tc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/>
              <w:jc w:val="right"/>
            </w:pPr>
            <w:r>
              <w:rPr>
                <w:b w:val="0"/>
                <w:sz w:val="18"/>
              </w:rPr>
              <w:t>[ ] €</w:t>
            </w:r>
          </w:p>
        </w:tc>
      </w:tr>
      <w:tr>
        <w:tc>
          <w:tcPr>
            <w:tcW w:type="dxa" w:w="34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/>
            </w:pPr>
            <w:r>
              <w:rPr>
                <w:b w:val="0"/>
                <w:sz w:val="18"/>
              </w:rPr>
              <w:t>[Description]</w:t>
            </w:r>
          </w:p>
        </w:tc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/>
              <w:jc w:val="right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10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/>
              <w:jc w:val="right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/>
              <w:jc w:val="right"/>
            </w:pPr>
            <w:r>
              <w:rPr>
                <w:b w:val="0"/>
                <w:sz w:val="18"/>
              </w:rPr>
              <w:t>[ ] €</w:t>
            </w:r>
          </w:p>
        </w:tc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/>
              <w:jc w:val="right"/>
            </w:pPr>
            <w:r>
              <w:rPr>
                <w:b w:val="0"/>
                <w:sz w:val="18"/>
              </w:rPr>
              <w:t>[ ] €</w:t>
            </w:r>
          </w:p>
        </w:tc>
      </w:tr>
      <w:tr>
        <w:tc>
          <w:tcPr>
            <w:tcW w:type="dxa" w:w="34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/>
            </w:pPr>
            <w:r>
              <w:rPr>
                <w:b w:val="0"/>
                <w:sz w:val="18"/>
              </w:rPr>
              <w:t>[Description]</w:t>
            </w:r>
          </w:p>
        </w:tc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/>
              <w:jc w:val="right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10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/>
              <w:jc w:val="right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/>
              <w:jc w:val="right"/>
            </w:pPr>
            <w:r>
              <w:rPr>
                <w:b w:val="0"/>
                <w:sz w:val="18"/>
              </w:rPr>
              <w:t>[ ] €</w:t>
            </w:r>
          </w:p>
        </w:tc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/>
              <w:jc w:val="right"/>
            </w:pPr>
            <w:r>
              <w:rPr>
                <w:b w:val="0"/>
                <w:sz w:val="18"/>
              </w:rPr>
              <w:t>[ ] €</w:t>
            </w:r>
          </w:p>
        </w:tc>
      </w:tr>
    </w:tbl>
    <w:p>
      <w:r>
        <w:t>Total excl. VAT [ ] €</w:t>
        <w:br/>
        <w:t>VAT [rate and amount, or applicable treatment and wording]</w:t>
        <w:br/>
        <w:t>Total incl. VAT / amount due [ ] €</w:t>
      </w:r>
    </w:p>
    <w:p>
      <w:r>
        <w:t>Check each quantity × unit price, the subtotal, VAT treatment and amount due. These fields do not contain formulas.</w:t>
      </w:r>
    </w:p>
    <w:p>
      <w:r>
        <w:br w:type="page"/>
      </w:r>
    </w:p>
    <w:p>
      <w:pPr>
        <w:pStyle w:val="Title"/>
      </w:pPr>
      <w:r>
        <w:t>Scope and acceptance</w:t>
      </w:r>
    </w:p>
    <w:p>
      <w:r>
        <w:t>Quote reference [same reference as page 1]</w:t>
      </w:r>
    </w:p>
    <w:p>
      <w:pPr>
        <w:pStyle w:val="Heading1"/>
      </w:pPr>
      <w:r>
        <w:t>Included work and deliverables</w:t>
      </w:r>
    </w:p>
    <w:p>
      <w:r>
        <w:t>[Describe tasks, volume, file formats and included revisions.]</w:t>
      </w:r>
    </w:p>
    <w:p>
      <w:pPr>
        <w:pStyle w:val="Heading1"/>
      </w:pPr>
      <w:r>
        <w:t>Exclusions and extra work</w:t>
      </w:r>
    </w:p>
    <w:p>
      <w:r>
        <w:t>[State what is outside the price. Explain how added cost and timing will be proposed and accepted before work begins.]</w:t>
      </w:r>
    </w:p>
    <w:p>
      <w:pPr>
        <w:pStyle w:val="Heading1"/>
      </w:pPr>
      <w:r>
        <w:t>Schedule and prerequisites</w:t>
      </w:r>
    </w:p>
    <w:p>
      <w:r>
        <w:t>[Delivery date or timeframe, start condition, material to be provided by the client and review period.]</w:t>
      </w:r>
    </w:p>
    <w:p>
      <w:pPr>
        <w:pStyle w:val="Heading1"/>
      </w:pPr>
      <w:r>
        <w:t>Payment</w:t>
      </w:r>
    </w:p>
    <w:p>
      <w:r>
        <w:t>[Deposit if any, balance, due date and method. Match the payment terms to the applicable terms and invoice.]</w:t>
      </w:r>
    </w:p>
    <w:p>
      <w:pPr>
        <w:pStyle w:val="Heading1"/>
      </w:pPr>
      <w:r>
        <w:t>Applicable terms</w:t>
      </w:r>
    </w:p>
    <w:p>
      <w:r>
        <w:t>[Reference and version of any terms attached. Add wording required by your status or work.]</w:t>
      </w:r>
    </w:p>
    <w:p>
      <w:pPr>
        <w:pStyle w:val="Heading1"/>
      </w:pPr>
      <w:r>
        <w:t>Acceptance</w:t>
      </w:r>
    </w:p>
    <w:p>
      <w:r>
        <w:t>[Signer's name and role]</w:t>
        <w:br/>
        <w:t>[Date and signature or agreed acceptance method]</w:t>
        <w:br/>
        <w:t>[Exact quote and annex references accepted]</w:t>
      </w:r>
    </w:p>
    <w:p>
      <w:r>
        <w:t>Before sending, replace every bracketed field, check the VAT and calculations, open the final PDF and keep the accepted version.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color w:val="000000"/>
      <w:sz w:val="20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  <w:u w:val="none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  <w:u w:val="none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u w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  <w:u w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u w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  <w:u w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  <w:u w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color w:val="000000"/>
      <w:u w:val="none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color w:val="000000"/>
      <w:u w:val="none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color w:val="000000"/>
      <w:u w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color w:val="000000"/>
      <w:u w:val="none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color w:val="000000"/>
      <w:sz w:val="16"/>
      <w:szCs w:val="16"/>
      <w:u w:val="none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color w:val="000000"/>
      <w:u w:val="none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color w:val="000000"/>
      <w:u w:val="none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color w:val="000000"/>
      <w:u w:val="none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color w:val="000000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color w:val="000000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color w:val="000000"/>
      <w:u w:val="none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color w:val="000000"/>
      <w:u w:val="none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color w:val="000000"/>
      <w:u w:val="none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color w:val="000000"/>
      <w:u w:val="none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color w:val="000000"/>
      <w:u w:val="none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color w:val="000000"/>
      <w:u w:val="none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color w:val="000000"/>
      <w:u w:val="none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  <w:u w:val="none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  <w:u w:val="none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  <w:u w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color w:val="000000"/>
      <w:u w:val="none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quote template</dc:title>
  <dc:subject>Editable blank service quote for a B2B example</dc:subject>
  <dc:creator>Devisly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